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AC8D8" w14:textId="6D26A225" w:rsidR="00DD4EAD" w:rsidRPr="008F3B31" w:rsidRDefault="002904C4">
      <w:pPr>
        <w:pStyle w:val="Ttulo"/>
        <w:jc w:val="center"/>
        <w:rPr>
          <w:sz w:val="40"/>
          <w:szCs w:val="40"/>
        </w:rPr>
      </w:pPr>
      <w:r w:rsidRPr="008F3B31">
        <w:rPr>
          <w:sz w:val="40"/>
          <w:szCs w:val="40"/>
        </w:rPr>
        <w:t>ANEXO I – FICHA DE INSCRIÇÃO</w:t>
      </w:r>
    </w:p>
    <w:p w14:paraId="5C504F2C" w14:textId="406FB815" w:rsidR="00E17272" w:rsidRDefault="00E17272" w:rsidP="004A79D2">
      <w:pPr>
        <w:ind w:left="2926" w:hanging="2926"/>
        <w:rPr>
          <w:kern w:val="2"/>
          <w:lang w:eastAsia="pt-BR"/>
          <w14:ligatures w14:val="standardContextual"/>
        </w:rPr>
      </w:pPr>
      <w:r>
        <w:rPr>
          <w:b/>
          <w:bCs/>
        </w:rPr>
        <w:t>Orientações de preenchimento:</w:t>
      </w:r>
      <w:r>
        <w:t xml:space="preserve"> Preencha todos os campos</w:t>
      </w:r>
      <w:r w:rsidR="004A79D2">
        <w:t xml:space="preserve"> marcados na cor</w:t>
      </w:r>
      <w:r>
        <w:t xml:space="preserve"> </w:t>
      </w:r>
      <w:r w:rsidR="004A79D2">
        <w:t>cinza</w:t>
      </w:r>
      <w:r>
        <w:t xml:space="preserve"> de forma legível e anexe a documentação solicitada; inscrições incompletas ou sem comprovação de vínculo poderão não ser validadas pela Comissão Organizadora.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07"/>
        <w:gridCol w:w="1231"/>
        <w:gridCol w:w="41"/>
        <w:gridCol w:w="242"/>
        <w:gridCol w:w="245"/>
        <w:gridCol w:w="126"/>
        <w:gridCol w:w="37"/>
        <w:gridCol w:w="526"/>
        <w:gridCol w:w="877"/>
        <w:gridCol w:w="1526"/>
        <w:gridCol w:w="69"/>
        <w:gridCol w:w="2161"/>
        <w:gridCol w:w="1940"/>
      </w:tblGrid>
      <w:tr w:rsidR="0063290C" w:rsidRPr="0063290C" w14:paraId="78948D68" w14:textId="77777777" w:rsidTr="0063290C">
        <w:tc>
          <w:tcPr>
            <w:tcW w:w="9628" w:type="dxa"/>
            <w:gridSpan w:val="13"/>
            <w:shd w:val="clear" w:color="auto" w:fill="F2F2F2" w:themeFill="background1" w:themeFillShade="F2"/>
          </w:tcPr>
          <w:p w14:paraId="6A41C7A2" w14:textId="3AE913AC" w:rsidR="0063290C" w:rsidRPr="00E74692" w:rsidRDefault="0063290C">
            <w:pPr>
              <w:rPr>
                <w:b/>
                <w:bCs/>
              </w:rPr>
            </w:pPr>
            <w:r w:rsidRPr="00E74692">
              <w:rPr>
                <w:b/>
                <w:bCs/>
              </w:rPr>
              <w:t>DADOS DO PARTICIPANTE</w:t>
            </w:r>
          </w:p>
        </w:tc>
      </w:tr>
      <w:tr w:rsidR="0063290C" w:rsidRPr="0063290C" w14:paraId="003D9962" w14:textId="77777777" w:rsidTr="0063290C">
        <w:tc>
          <w:tcPr>
            <w:tcW w:w="1879" w:type="dxa"/>
            <w:gridSpan w:val="3"/>
          </w:tcPr>
          <w:p w14:paraId="7601BCC6" w14:textId="04583098" w:rsidR="0063290C" w:rsidRPr="0063290C" w:rsidRDefault="0063290C">
            <w:r w:rsidRPr="0063290C">
              <w:t>Nome Completo:</w:t>
            </w:r>
          </w:p>
        </w:tc>
        <w:tc>
          <w:tcPr>
            <w:tcW w:w="7749" w:type="dxa"/>
            <w:gridSpan w:val="10"/>
          </w:tcPr>
          <w:p w14:paraId="3BB3EAA5" w14:textId="6B7B7A90" w:rsidR="0063290C" w:rsidRPr="0063290C" w:rsidRDefault="004415B8"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63290C" w:rsidRPr="0063290C" w14:paraId="573E643C" w14:textId="77777777" w:rsidTr="00A644C3">
        <w:tc>
          <w:tcPr>
            <w:tcW w:w="2529" w:type="dxa"/>
            <w:gridSpan w:val="7"/>
          </w:tcPr>
          <w:p w14:paraId="5BBB72E0" w14:textId="4F22493D" w:rsidR="0063290C" w:rsidRPr="0063290C" w:rsidRDefault="0063290C">
            <w:r w:rsidRPr="0063290C">
              <w:t>Nome Artístico</w:t>
            </w:r>
            <w:r w:rsidRPr="0063290C">
              <w:t xml:space="preserve"> (se tiver)</w:t>
            </w:r>
            <w:r w:rsidRPr="0063290C">
              <w:t>:</w:t>
            </w:r>
          </w:p>
        </w:tc>
        <w:tc>
          <w:tcPr>
            <w:tcW w:w="7099" w:type="dxa"/>
            <w:gridSpan w:val="6"/>
          </w:tcPr>
          <w:p w14:paraId="4132DC68" w14:textId="674222F7" w:rsidR="0063290C" w:rsidRPr="0063290C" w:rsidRDefault="004415B8"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63290C" w:rsidRPr="0063290C" w14:paraId="34D6662F" w14:textId="77777777" w:rsidTr="00A644C3">
        <w:tc>
          <w:tcPr>
            <w:tcW w:w="607" w:type="dxa"/>
          </w:tcPr>
          <w:p w14:paraId="5EBB27BB" w14:textId="4AC6757F" w:rsidR="0063290C" w:rsidRPr="0063290C" w:rsidRDefault="0063290C">
            <w:r w:rsidRPr="0063290C">
              <w:t>CPF:</w:t>
            </w:r>
          </w:p>
        </w:tc>
        <w:tc>
          <w:tcPr>
            <w:tcW w:w="1885" w:type="dxa"/>
            <w:gridSpan w:val="5"/>
          </w:tcPr>
          <w:p w14:paraId="21FDBE28" w14:textId="1250A025" w:rsidR="0063290C" w:rsidRPr="0063290C" w:rsidRDefault="004415B8"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563" w:type="dxa"/>
            <w:gridSpan w:val="2"/>
          </w:tcPr>
          <w:p w14:paraId="1E74CC3D" w14:textId="5E62F11F" w:rsidR="0063290C" w:rsidRPr="0063290C" w:rsidRDefault="0063290C">
            <w:r>
              <w:t>RG:</w:t>
            </w:r>
          </w:p>
        </w:tc>
        <w:tc>
          <w:tcPr>
            <w:tcW w:w="2472" w:type="dxa"/>
            <w:gridSpan w:val="3"/>
          </w:tcPr>
          <w:p w14:paraId="694A8D47" w14:textId="479D32AD" w:rsidR="0063290C" w:rsidRPr="0063290C" w:rsidRDefault="004415B8"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161" w:type="dxa"/>
          </w:tcPr>
          <w:p w14:paraId="6C1ABDF9" w14:textId="340E8E78" w:rsidR="0063290C" w:rsidRPr="0063290C" w:rsidRDefault="0063290C">
            <w:r>
              <w:t>Data de Nascimento:</w:t>
            </w:r>
          </w:p>
        </w:tc>
        <w:tc>
          <w:tcPr>
            <w:tcW w:w="1940" w:type="dxa"/>
          </w:tcPr>
          <w:p w14:paraId="4CF02C0A" w14:textId="135B201D" w:rsidR="0063290C" w:rsidRPr="0063290C" w:rsidRDefault="004415B8"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4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E74692" w:rsidRPr="0063290C" w14:paraId="6DB03728" w14:textId="77777777" w:rsidTr="00A644C3">
        <w:tc>
          <w:tcPr>
            <w:tcW w:w="2121" w:type="dxa"/>
            <w:gridSpan w:val="4"/>
          </w:tcPr>
          <w:p w14:paraId="3FAE0E64" w14:textId="16044092" w:rsidR="00E74692" w:rsidRPr="0063290C" w:rsidRDefault="00E74692">
            <w:r w:rsidRPr="009E2FE1">
              <w:t>Telefone</w:t>
            </w:r>
            <w:r>
              <w:t>/WhatsApp</w:t>
            </w:r>
            <w:r w:rsidRPr="009E2FE1">
              <w:t>:</w:t>
            </w:r>
          </w:p>
        </w:tc>
        <w:tc>
          <w:tcPr>
            <w:tcW w:w="1811" w:type="dxa"/>
            <w:gridSpan w:val="5"/>
          </w:tcPr>
          <w:p w14:paraId="136AE6DA" w14:textId="2186A50E" w:rsidR="00E74692" w:rsidRPr="0063290C" w:rsidRDefault="004415B8"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5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1526" w:type="dxa"/>
          </w:tcPr>
          <w:p w14:paraId="0726E87B" w14:textId="1BE86D12" w:rsidR="00E74692" w:rsidRPr="0063290C" w:rsidRDefault="00E74692">
            <w:r>
              <w:t>E-mail:</w:t>
            </w:r>
          </w:p>
        </w:tc>
        <w:tc>
          <w:tcPr>
            <w:tcW w:w="4170" w:type="dxa"/>
            <w:gridSpan w:val="3"/>
          </w:tcPr>
          <w:p w14:paraId="50D74649" w14:textId="010FE613" w:rsidR="00E74692" w:rsidRPr="0063290C" w:rsidRDefault="004415B8"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74692" w:rsidRPr="0063290C" w14:paraId="29868F3E" w14:textId="77777777" w:rsidTr="001C4A5B">
        <w:tc>
          <w:tcPr>
            <w:tcW w:w="9628" w:type="dxa"/>
            <w:gridSpan w:val="13"/>
            <w:shd w:val="clear" w:color="auto" w:fill="F2F2F2" w:themeFill="background1" w:themeFillShade="F2"/>
          </w:tcPr>
          <w:p w14:paraId="41104DD4" w14:textId="41168287" w:rsidR="00E74692" w:rsidRPr="00E74692" w:rsidRDefault="00E74692" w:rsidP="001C4A5B">
            <w:pPr>
              <w:rPr>
                <w:b/>
                <w:bCs/>
              </w:rPr>
            </w:pPr>
            <w:r w:rsidRPr="00E74692">
              <w:rPr>
                <w:b/>
                <w:bCs/>
              </w:rPr>
              <w:t xml:space="preserve">DADOS DO </w:t>
            </w:r>
            <w:r>
              <w:rPr>
                <w:b/>
                <w:bCs/>
              </w:rPr>
              <w:t>LOCAL DE TRABALHO</w:t>
            </w:r>
          </w:p>
        </w:tc>
      </w:tr>
      <w:tr w:rsidR="00E74692" w:rsidRPr="0063290C" w14:paraId="7D1B3FFD" w14:textId="77777777" w:rsidTr="00A644C3">
        <w:tc>
          <w:tcPr>
            <w:tcW w:w="2366" w:type="dxa"/>
            <w:gridSpan w:val="5"/>
          </w:tcPr>
          <w:p w14:paraId="2A32041C" w14:textId="1C694E4B" w:rsidR="00E74692" w:rsidRPr="0063290C" w:rsidRDefault="00E74692" w:rsidP="001C4A5B">
            <w:r>
              <w:t>Empresa empregadora</w:t>
            </w:r>
            <w:r w:rsidRPr="0063290C">
              <w:t>:</w:t>
            </w:r>
          </w:p>
        </w:tc>
        <w:tc>
          <w:tcPr>
            <w:tcW w:w="7262" w:type="dxa"/>
            <w:gridSpan w:val="8"/>
          </w:tcPr>
          <w:p w14:paraId="5BD45DB1" w14:textId="59FA2504" w:rsidR="00E74692" w:rsidRPr="0063290C" w:rsidRDefault="004415B8" w:rsidP="001C4A5B"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74692" w:rsidRPr="0063290C" w14:paraId="06739706" w14:textId="77777777" w:rsidTr="00E74692">
        <w:tc>
          <w:tcPr>
            <w:tcW w:w="1838" w:type="dxa"/>
            <w:gridSpan w:val="2"/>
          </w:tcPr>
          <w:p w14:paraId="1972D44F" w14:textId="24A27A31" w:rsidR="00E74692" w:rsidRPr="0063290C" w:rsidRDefault="00E74692" w:rsidP="001C4A5B">
            <w:r>
              <w:t>Obra onde atua</w:t>
            </w:r>
            <w:r w:rsidRPr="0063290C">
              <w:t>:</w:t>
            </w:r>
          </w:p>
        </w:tc>
        <w:tc>
          <w:tcPr>
            <w:tcW w:w="7790" w:type="dxa"/>
            <w:gridSpan w:val="11"/>
          </w:tcPr>
          <w:p w14:paraId="654796DD" w14:textId="6C6AFA8B" w:rsidR="00E74692" w:rsidRPr="0063290C" w:rsidRDefault="004415B8" w:rsidP="001C4A5B"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74692" w:rsidRPr="0063290C" w14:paraId="1438AD7F" w14:textId="77777777" w:rsidTr="00A644C3">
        <w:tc>
          <w:tcPr>
            <w:tcW w:w="2121" w:type="dxa"/>
            <w:gridSpan w:val="4"/>
          </w:tcPr>
          <w:p w14:paraId="5B0336EB" w14:textId="3D1A7FE8" w:rsidR="00E74692" w:rsidRPr="0063290C" w:rsidRDefault="00E74692" w:rsidP="001C4A5B">
            <w:r>
              <w:t>Data de Admissão:</w:t>
            </w:r>
          </w:p>
        </w:tc>
        <w:tc>
          <w:tcPr>
            <w:tcW w:w="1811" w:type="dxa"/>
            <w:gridSpan w:val="5"/>
          </w:tcPr>
          <w:p w14:paraId="255ECA26" w14:textId="5F1AA7F8" w:rsidR="00E74692" w:rsidRPr="0063290C" w:rsidRDefault="004415B8" w:rsidP="001C4A5B"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95" w:type="dxa"/>
            <w:gridSpan w:val="2"/>
          </w:tcPr>
          <w:p w14:paraId="407DDDD6" w14:textId="47145833" w:rsidR="00E74692" w:rsidRPr="0063290C" w:rsidRDefault="00E74692" w:rsidP="001C4A5B">
            <w:r>
              <w:t>Cargo/Função:</w:t>
            </w:r>
          </w:p>
        </w:tc>
        <w:tc>
          <w:tcPr>
            <w:tcW w:w="4101" w:type="dxa"/>
            <w:gridSpan w:val="2"/>
          </w:tcPr>
          <w:p w14:paraId="37B41FE7" w14:textId="1CAAD081" w:rsidR="00E74692" w:rsidRPr="0063290C" w:rsidRDefault="004415B8" w:rsidP="001C4A5B"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74692" w:rsidRPr="0063290C" w14:paraId="1D61C457" w14:textId="77777777" w:rsidTr="001C4A5B">
        <w:tc>
          <w:tcPr>
            <w:tcW w:w="9628" w:type="dxa"/>
            <w:gridSpan w:val="13"/>
            <w:shd w:val="clear" w:color="auto" w:fill="F2F2F2" w:themeFill="background1" w:themeFillShade="F2"/>
          </w:tcPr>
          <w:p w14:paraId="78A2ECC2" w14:textId="05E3BD05" w:rsidR="00E74692" w:rsidRPr="00E74692" w:rsidRDefault="00E74692" w:rsidP="001C4A5B">
            <w:pPr>
              <w:rPr>
                <w:b/>
                <w:bCs/>
              </w:rPr>
            </w:pPr>
            <w:r w:rsidRPr="00E74692">
              <w:rPr>
                <w:b/>
                <w:bCs/>
              </w:rPr>
              <w:t>DADOS D</w:t>
            </w:r>
            <w:r>
              <w:rPr>
                <w:b/>
                <w:bCs/>
              </w:rPr>
              <w:t>A MÚSICA A SER APRESENTADA</w:t>
            </w:r>
          </w:p>
        </w:tc>
      </w:tr>
      <w:tr w:rsidR="00E74692" w:rsidRPr="0063290C" w14:paraId="7B1B62E7" w14:textId="77777777" w:rsidTr="001C4A5B">
        <w:tc>
          <w:tcPr>
            <w:tcW w:w="1879" w:type="dxa"/>
            <w:gridSpan w:val="3"/>
          </w:tcPr>
          <w:p w14:paraId="4AB60CCE" w14:textId="3655DC7E" w:rsidR="00E74692" w:rsidRPr="0063290C" w:rsidRDefault="00E74692" w:rsidP="001C4A5B">
            <w:r w:rsidRPr="0063290C">
              <w:t xml:space="preserve">Nome </w:t>
            </w:r>
            <w:r w:rsidR="006D516B">
              <w:t>da Música</w:t>
            </w:r>
            <w:r w:rsidRPr="0063290C">
              <w:t>:</w:t>
            </w:r>
          </w:p>
        </w:tc>
        <w:tc>
          <w:tcPr>
            <w:tcW w:w="7749" w:type="dxa"/>
            <w:gridSpan w:val="10"/>
          </w:tcPr>
          <w:p w14:paraId="45161473" w14:textId="600D9E8E" w:rsidR="00E74692" w:rsidRPr="0063290C" w:rsidRDefault="004415B8" w:rsidP="001C4A5B"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74692" w:rsidRPr="0063290C" w14:paraId="79F00491" w14:textId="77777777" w:rsidTr="006D516B">
        <w:tc>
          <w:tcPr>
            <w:tcW w:w="1838" w:type="dxa"/>
            <w:gridSpan w:val="2"/>
          </w:tcPr>
          <w:p w14:paraId="64AE4408" w14:textId="57696843" w:rsidR="00E74692" w:rsidRPr="0063290C" w:rsidRDefault="006D516B" w:rsidP="001C4A5B">
            <w:r>
              <w:t>Autor da Música:</w:t>
            </w:r>
          </w:p>
        </w:tc>
        <w:tc>
          <w:tcPr>
            <w:tcW w:w="7790" w:type="dxa"/>
            <w:gridSpan w:val="11"/>
          </w:tcPr>
          <w:p w14:paraId="0C74DA86" w14:textId="0588A88C" w:rsidR="00E74692" w:rsidRPr="0063290C" w:rsidRDefault="004415B8" w:rsidP="001C4A5B"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D516B" w:rsidRPr="0063290C" w14:paraId="380FDF60" w14:textId="77777777" w:rsidTr="001C4A5B">
        <w:tc>
          <w:tcPr>
            <w:tcW w:w="9628" w:type="dxa"/>
            <w:gridSpan w:val="13"/>
            <w:shd w:val="clear" w:color="auto" w:fill="F2F2F2" w:themeFill="background1" w:themeFillShade="F2"/>
          </w:tcPr>
          <w:p w14:paraId="19CBBC9F" w14:textId="5A989B0D" w:rsidR="006D516B" w:rsidRPr="00E74692" w:rsidRDefault="006D516B" w:rsidP="001C4A5B">
            <w:pPr>
              <w:rPr>
                <w:b/>
                <w:bCs/>
              </w:rPr>
            </w:pPr>
            <w:r w:rsidRPr="006D516B">
              <w:rPr>
                <w:b/>
                <w:bCs/>
              </w:rPr>
              <w:t>RECURSOS INSTRUMENTAIS NECESSÁRIOS PARA A APRESENTAÇÃO PRESENCIAL</w:t>
            </w:r>
          </w:p>
        </w:tc>
      </w:tr>
      <w:tr w:rsidR="006D516B" w:rsidRPr="0063290C" w14:paraId="5915C4A3" w14:textId="77777777" w:rsidTr="00C7673B">
        <w:tc>
          <w:tcPr>
            <w:tcW w:w="9628" w:type="dxa"/>
            <w:gridSpan w:val="13"/>
          </w:tcPr>
          <w:p w14:paraId="1437490D" w14:textId="0B7405F8" w:rsidR="006D516B" w:rsidRDefault="004A79D2" w:rsidP="001C4A5B">
            <w:sdt>
              <w:sdtPr>
                <w:id w:val="449671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35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516B">
              <w:t xml:space="preserve"> </w:t>
            </w:r>
            <w:r w:rsidR="0081581C">
              <w:t>Vou usar i</w:t>
            </w:r>
            <w:r w:rsidR="006D516B" w:rsidRPr="009E2FE1">
              <w:t>nstrumento musical próprio</w:t>
            </w:r>
            <w:r w:rsidR="006D516B">
              <w:t xml:space="preserve">. </w:t>
            </w:r>
            <w:r w:rsidR="0081581C">
              <w:t>Descreva q</w:t>
            </w:r>
            <w:r w:rsidR="006D516B">
              <w:t>ual</w:t>
            </w:r>
            <w:r w:rsidR="0081581C">
              <w:t xml:space="preserve">: </w:t>
            </w:r>
            <w:r w:rsidR="004415B8"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="004415B8">
              <w:instrText xml:space="preserve"> FORMTEXT </w:instrText>
            </w:r>
            <w:r w:rsidR="004415B8">
              <w:fldChar w:fldCharType="separate"/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fldChar w:fldCharType="end"/>
            </w:r>
          </w:p>
          <w:p w14:paraId="5DCF520D" w14:textId="04C1F70E" w:rsidR="006D516B" w:rsidRDefault="004A79D2" w:rsidP="001C4A5B">
            <w:sdt>
              <w:sdtPr>
                <w:id w:val="-928502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516B">
              <w:t xml:space="preserve"> </w:t>
            </w:r>
            <w:r w:rsidR="0081581C">
              <w:t>Preciso do a</w:t>
            </w:r>
            <w:r w:rsidR="006D516B" w:rsidRPr="009E2FE1">
              <w:t xml:space="preserve">companhamento </w:t>
            </w:r>
            <w:r w:rsidR="0081581C">
              <w:t>d</w:t>
            </w:r>
            <w:r w:rsidR="006D516B" w:rsidRPr="009E2FE1">
              <w:t>a banda do festival</w:t>
            </w:r>
            <w:r w:rsidR="006D516B">
              <w:t>.</w:t>
            </w:r>
          </w:p>
          <w:p w14:paraId="1D47730F" w14:textId="46B61AC0" w:rsidR="006D516B" w:rsidRPr="0063290C" w:rsidRDefault="004A79D2" w:rsidP="001C4A5B">
            <w:sdt>
              <w:sdtPr>
                <w:id w:val="-438828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D516B">
              <w:t xml:space="preserve"> </w:t>
            </w:r>
            <w:r w:rsidR="0081581C">
              <w:t>Preciso de o</w:t>
            </w:r>
            <w:r w:rsidR="006D516B" w:rsidRPr="009E2FE1">
              <w:t>utro</w:t>
            </w:r>
            <w:r w:rsidR="0081581C">
              <w:t xml:space="preserve"> recurso</w:t>
            </w:r>
            <w:r w:rsidR="006D516B" w:rsidRPr="009E2FE1">
              <w:t xml:space="preserve"> (a ser avaliado pelos organizadores)</w:t>
            </w:r>
            <w:r w:rsidR="0081581C">
              <w:t xml:space="preserve">: </w:t>
            </w:r>
            <w:r w:rsidR="004415B8"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="004415B8">
              <w:instrText xml:space="preserve"> FORMTEXT </w:instrText>
            </w:r>
            <w:r w:rsidR="004415B8">
              <w:fldChar w:fldCharType="separate"/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fldChar w:fldCharType="end"/>
            </w:r>
          </w:p>
        </w:tc>
      </w:tr>
      <w:tr w:rsidR="0081581C" w:rsidRPr="0063290C" w14:paraId="71119764" w14:textId="77777777" w:rsidTr="001338E1">
        <w:tc>
          <w:tcPr>
            <w:tcW w:w="9628" w:type="dxa"/>
            <w:gridSpan w:val="13"/>
            <w:shd w:val="clear" w:color="auto" w:fill="F2F2F2" w:themeFill="background1" w:themeFillShade="F2"/>
          </w:tcPr>
          <w:p w14:paraId="38495A15" w14:textId="00010DDD" w:rsidR="0081581C" w:rsidRDefault="00A66273" w:rsidP="001C4A5B">
            <w:r>
              <w:rPr>
                <w:b/>
                <w:bCs/>
              </w:rPr>
              <w:t>ENVIO</w:t>
            </w:r>
            <w:r w:rsidR="001338E1" w:rsidRPr="009E2FE1">
              <w:rPr>
                <w:b/>
                <w:bCs/>
              </w:rPr>
              <w:t xml:space="preserve"> DO VÍDEO</w:t>
            </w:r>
            <w:r w:rsidR="001338E1">
              <w:rPr>
                <w:b/>
                <w:bCs/>
              </w:rPr>
              <w:t xml:space="preserve"> DE APRESENTAÇÃO</w:t>
            </w:r>
          </w:p>
        </w:tc>
      </w:tr>
      <w:tr w:rsidR="001B3A3B" w:rsidRPr="0063290C" w14:paraId="017F4B75" w14:textId="77777777" w:rsidTr="00E17272">
        <w:tc>
          <w:tcPr>
            <w:tcW w:w="9628" w:type="dxa"/>
            <w:gridSpan w:val="1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88E62" w14:textId="6371B072" w:rsidR="00E17272" w:rsidRDefault="004A79D2">
            <w:pPr>
              <w:rPr>
                <w:kern w:val="2"/>
                <w:lang w:eastAsia="pt-BR"/>
                <w14:ligatures w14:val="standardContextual"/>
              </w:rPr>
            </w:pPr>
            <w:sdt>
              <w:sdtPr>
                <w:id w:val="1977714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17272">
              <w:t xml:space="preserve"> Enviado pelo link a seguir: </w:t>
            </w:r>
            <w:r w:rsidR="004415B8"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="004415B8">
              <w:instrText xml:space="preserve"> FORMTEXT </w:instrText>
            </w:r>
            <w:r w:rsidR="004415B8">
              <w:fldChar w:fldCharType="separate"/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rPr>
                <w:noProof/>
              </w:rPr>
              <w:t> </w:t>
            </w:r>
            <w:r w:rsidR="004415B8">
              <w:fldChar w:fldCharType="end"/>
            </w:r>
          </w:p>
          <w:p w14:paraId="45FB33E5" w14:textId="6C9C81E4" w:rsidR="00E17272" w:rsidRDefault="004A79D2">
            <w:sdt>
              <w:sdtPr>
                <w:id w:val="2134745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17272">
              <w:t xml:space="preserve"> Enviado para o WhatsApp (62) 99285-1945.</w:t>
            </w:r>
          </w:p>
          <w:p w14:paraId="708D8DA1" w14:textId="5102C06A" w:rsidR="001B3A3B" w:rsidRDefault="00E17272" w:rsidP="00E17272">
            <w:r>
              <w:rPr>
                <w:b/>
                <w:bCs/>
              </w:rPr>
              <w:t>Observação:</w:t>
            </w:r>
            <w:r>
              <w:t xml:space="preserve"> O vídeo deverá ser enviado em formato acessível por link ou arquivo, dentro do prazo definido no regulamento, e dúvidas deverão ser encaminhadas ao contato oficial informado acima.</w:t>
            </w:r>
          </w:p>
        </w:tc>
      </w:tr>
      <w:tr w:rsidR="001338E1" w:rsidRPr="0063290C" w14:paraId="35C7F3C3" w14:textId="77777777" w:rsidTr="00FE29E0">
        <w:tc>
          <w:tcPr>
            <w:tcW w:w="9628" w:type="dxa"/>
            <w:gridSpan w:val="13"/>
            <w:shd w:val="clear" w:color="auto" w:fill="F2F2F2" w:themeFill="background1" w:themeFillShade="F2"/>
          </w:tcPr>
          <w:p w14:paraId="68202F6A" w14:textId="728525F4" w:rsidR="001338E1" w:rsidRPr="00FE29E0" w:rsidRDefault="00FE29E0" w:rsidP="001C4A5B">
            <w:pPr>
              <w:rPr>
                <w:b/>
                <w:bCs/>
              </w:rPr>
            </w:pPr>
            <w:r w:rsidRPr="00FE29E0">
              <w:rPr>
                <w:b/>
                <w:bCs/>
              </w:rPr>
              <w:t xml:space="preserve">DOCUMENTAÇÃO DE COMPROVAÇÃO DE VÍNCULO </w:t>
            </w:r>
            <w:r w:rsidR="004A79D2">
              <w:rPr>
                <w:b/>
                <w:bCs/>
              </w:rPr>
              <w:t>COM A EMPRESA</w:t>
            </w:r>
          </w:p>
        </w:tc>
      </w:tr>
      <w:tr w:rsidR="001338E1" w:rsidRPr="0063290C" w14:paraId="524D12E2" w14:textId="77777777" w:rsidTr="00E17272">
        <w:tc>
          <w:tcPr>
            <w:tcW w:w="9628" w:type="dxa"/>
            <w:gridSpan w:val="1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7D59A" w14:textId="3A352564" w:rsidR="00E17272" w:rsidRDefault="004A79D2">
            <w:pPr>
              <w:rPr>
                <w:kern w:val="2"/>
                <w:lang w:eastAsia="pt-BR"/>
                <w14:ligatures w14:val="standardContextual"/>
              </w:rPr>
            </w:pPr>
            <w:sdt>
              <w:sdtPr>
                <w:id w:val="-1429965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17272">
              <w:t xml:space="preserve"> Carteira de Trabalho (CTPS física ou digital); </w:t>
            </w:r>
          </w:p>
          <w:p w14:paraId="156A33BD" w14:textId="437E3662" w:rsidR="00E17272" w:rsidRDefault="004A79D2">
            <w:sdt>
              <w:sdtPr>
                <w:id w:val="-588394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17272">
              <w:t xml:space="preserve"> Contrato de </w:t>
            </w:r>
            <w:r>
              <w:t>T</w:t>
            </w:r>
            <w:r w:rsidR="00E17272">
              <w:t>rabalho;</w:t>
            </w:r>
          </w:p>
          <w:p w14:paraId="264F9561" w14:textId="0DCCAB0A" w:rsidR="00E17272" w:rsidRDefault="004A79D2">
            <w:sdt>
              <w:sdtPr>
                <w:id w:val="889838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17272">
              <w:t xml:space="preserve"> Declaração de Contrato Ativo (ANEXO III do Regulamento Geral) emitida pela empresa; </w:t>
            </w:r>
          </w:p>
          <w:p w14:paraId="56227B29" w14:textId="599A2333" w:rsidR="00E17272" w:rsidRDefault="004A79D2">
            <w:sdt>
              <w:sdtPr>
                <w:id w:val="1219320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17272">
              <w:t xml:space="preserve"> Outro documento oficial aceito pela Comissão Organizadora.</w:t>
            </w:r>
          </w:p>
          <w:p w14:paraId="5DDF159D" w14:textId="03DBB455" w:rsidR="00FE29E0" w:rsidRDefault="00E17272" w:rsidP="00E17272">
            <w:r>
              <w:rPr>
                <w:b/>
                <w:bCs/>
              </w:rPr>
              <w:t>Observação:</w:t>
            </w:r>
            <w:r>
              <w:t xml:space="preserve"> Anexe apenas um documento válido, legível e atualizado, suficiente para comprovar o vínculo ativo com a empresa empregadora.</w:t>
            </w:r>
          </w:p>
        </w:tc>
      </w:tr>
      <w:tr w:rsidR="001338E1" w:rsidRPr="0063290C" w14:paraId="13706302" w14:textId="77777777" w:rsidTr="00FE29E0">
        <w:tc>
          <w:tcPr>
            <w:tcW w:w="9628" w:type="dxa"/>
            <w:gridSpan w:val="13"/>
            <w:shd w:val="clear" w:color="auto" w:fill="F2F2F2" w:themeFill="background1" w:themeFillShade="F2"/>
          </w:tcPr>
          <w:p w14:paraId="5D3D4AEE" w14:textId="2238A1AD" w:rsidR="001338E1" w:rsidRPr="00FE29E0" w:rsidRDefault="00FE29E0" w:rsidP="001C4A5B">
            <w:pPr>
              <w:rPr>
                <w:b/>
                <w:bCs/>
              </w:rPr>
            </w:pPr>
            <w:r w:rsidRPr="008F3B31">
              <w:rPr>
                <w:b/>
                <w:bCs/>
              </w:rPr>
              <w:t>DECLARAÇÃO</w:t>
            </w:r>
          </w:p>
        </w:tc>
      </w:tr>
      <w:tr w:rsidR="00FE29E0" w:rsidRPr="0063290C" w14:paraId="5D17F99F" w14:textId="77777777" w:rsidTr="00C7673B">
        <w:tc>
          <w:tcPr>
            <w:tcW w:w="9628" w:type="dxa"/>
            <w:gridSpan w:val="13"/>
          </w:tcPr>
          <w:p w14:paraId="2B8CACD1" w14:textId="087E8680" w:rsidR="00E17272" w:rsidRDefault="00E17272">
            <w:pPr>
              <w:rPr>
                <w:kern w:val="2"/>
                <w:lang w:eastAsia="pt-BR"/>
                <w14:ligatures w14:val="standardContextual"/>
              </w:rPr>
            </w:pPr>
            <w:r>
              <w:t>Declaro que li e concordo com o Regulamento Oficial do Festival "Vozes da Construção" e autorizo gratuitamente a utilização da minha imagem, voz, nome, apresentação artística e dados pessoais pelo Seconci Goiás e Sinduscon</w:t>
            </w:r>
            <w:r w:rsidR="004A79D2">
              <w:t>-GO</w:t>
            </w:r>
            <w:r>
              <w:t>, exclusivamente para fins institucionais, promocionais e de divulgação relacionados ao evento, inclusive em materiais impressos, digitais, redes sociais e canais oficiais, conforme as finalidades previstas no regulamento.</w:t>
            </w:r>
          </w:p>
          <w:p w14:paraId="187D6D56" w14:textId="77777777" w:rsidR="00E17272" w:rsidRDefault="00E17272">
            <w:r>
              <w:t>A autorização é concedida sem ônus, pelo período necessário à divulgação institucional do festival, podendo envolver o compartilhamento com fornecedores, parceiros e prestadores diretamente vinculados à organização e execução do evento.</w:t>
            </w:r>
          </w:p>
          <w:p w14:paraId="3F1EDF3E" w14:textId="77777777" w:rsidR="004A79D2" w:rsidRDefault="004A79D2">
            <w:pPr>
              <w:rPr>
                <w:kern w:val="2"/>
                <w:lang w:eastAsia="pt-BR"/>
                <w14:ligatures w14:val="standardContextual"/>
              </w:rPr>
            </w:pPr>
          </w:p>
          <w:p w14:paraId="76F92578" w14:textId="1CFB6C41" w:rsidR="00FE29E0" w:rsidRDefault="004A79D2" w:rsidP="001C4A5B">
            <w:sdt>
              <w:sdtPr>
                <w:id w:val="-1415317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57DF1">
              <w:t xml:space="preserve"> Estou totalmente de acordo.</w:t>
            </w:r>
          </w:p>
          <w:p w14:paraId="6FB7111A" w14:textId="49A0F310" w:rsidR="004A79D2" w:rsidRDefault="004A79D2" w:rsidP="001C4A5B"/>
        </w:tc>
      </w:tr>
    </w:tbl>
    <w:p w14:paraId="2AD30A22" w14:textId="77777777" w:rsidR="00E74692" w:rsidRDefault="00E74692"/>
    <w:sectPr w:rsidR="00E74692" w:rsidSect="0063290C">
      <w:headerReference w:type="default" r:id="rId8"/>
      <w:pgSz w:w="11906" w:h="16838" w:code="9"/>
      <w:pgMar w:top="1843" w:right="1134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1D88E" w14:textId="77777777" w:rsidR="00A20B4F" w:rsidRDefault="00A20B4F" w:rsidP="00343E2E">
      <w:pPr>
        <w:spacing w:after="0" w:line="240" w:lineRule="auto"/>
      </w:pPr>
      <w:r>
        <w:separator/>
      </w:r>
    </w:p>
  </w:endnote>
  <w:endnote w:type="continuationSeparator" w:id="0">
    <w:p w14:paraId="7C6AC789" w14:textId="77777777" w:rsidR="00A20B4F" w:rsidRDefault="00A20B4F" w:rsidP="00343E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6F4E1" w14:textId="77777777" w:rsidR="00A20B4F" w:rsidRDefault="00A20B4F" w:rsidP="00343E2E">
      <w:pPr>
        <w:spacing w:after="0" w:line="240" w:lineRule="auto"/>
      </w:pPr>
      <w:r>
        <w:separator/>
      </w:r>
    </w:p>
  </w:footnote>
  <w:footnote w:type="continuationSeparator" w:id="0">
    <w:p w14:paraId="186C3908" w14:textId="77777777" w:rsidR="00A20B4F" w:rsidRDefault="00A20B4F" w:rsidP="00343E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69C1A" w14:textId="4BC1A45B" w:rsidR="00343E2E" w:rsidRDefault="0063290C">
    <w:pPr>
      <w:pStyle w:val="Cabealho"/>
    </w:pPr>
    <w:r w:rsidRPr="00343E2E">
      <w:rPr>
        <w:rFonts w:ascii="Aptos" w:eastAsia="Aptos" w:hAnsi="Aptos" w:cs="Times New Roman"/>
        <w:noProof/>
        <w:kern w:val="2"/>
        <w:sz w:val="24"/>
        <w:szCs w:val="24"/>
        <w14:ligatures w14:val="standardContextua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426B080" wp14:editId="6FB158D2">
              <wp:simplePos x="0" y="0"/>
              <wp:positionH relativeFrom="column">
                <wp:posOffset>2771140</wp:posOffset>
              </wp:positionH>
              <wp:positionV relativeFrom="paragraph">
                <wp:posOffset>-76200</wp:posOffset>
              </wp:positionV>
              <wp:extent cx="3733800" cy="727075"/>
              <wp:effectExtent l="0" t="0" r="0" b="0"/>
              <wp:wrapNone/>
              <wp:docPr id="1894484382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33800" cy="727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5EAB4F7" w14:textId="77777777" w:rsidR="00343E2E" w:rsidRPr="00343E2E" w:rsidRDefault="00343E2E" w:rsidP="00343E2E">
                          <w:pPr>
                            <w:spacing w:after="0" w:line="240" w:lineRule="auto"/>
                            <w:jc w:val="right"/>
                            <w:rPr>
                              <w:rFonts w:ascii="Aptos" w:hAnsi="Aptos"/>
                              <w:b/>
                              <w:bCs/>
                              <w:color w:val="124F1A"/>
                              <w:sz w:val="24"/>
                              <w:szCs w:val="24"/>
                            </w:rPr>
                          </w:pPr>
                          <w:r w:rsidRPr="00343E2E">
                            <w:rPr>
                              <w:rFonts w:ascii="Aptos" w:hAnsi="Aptos"/>
                              <w:b/>
                              <w:bCs/>
                              <w:color w:val="124F1A"/>
                              <w:sz w:val="24"/>
                              <w:szCs w:val="24"/>
                            </w:rPr>
                            <w:t>FESTIVAL DE TALENTOS MUSICAIS</w:t>
                          </w:r>
                        </w:p>
                        <w:p w14:paraId="182D1D02" w14:textId="77777777" w:rsidR="00343E2E" w:rsidRPr="00343E2E" w:rsidRDefault="00343E2E" w:rsidP="00343E2E">
                          <w:pPr>
                            <w:spacing w:after="0" w:line="240" w:lineRule="auto"/>
                            <w:jc w:val="right"/>
                            <w:rPr>
                              <w:rFonts w:ascii="Aptos" w:hAnsi="Aptos"/>
                              <w:b/>
                              <w:bCs/>
                              <w:i/>
                              <w:iCs/>
                              <w:color w:val="124F1A"/>
                              <w:spacing w:val="26"/>
                              <w:sz w:val="28"/>
                              <w:szCs w:val="28"/>
                            </w:rPr>
                          </w:pPr>
                          <w:r w:rsidRPr="00343E2E">
                            <w:rPr>
                              <w:rFonts w:ascii="Aptos" w:hAnsi="Aptos"/>
                              <w:b/>
                              <w:bCs/>
                              <w:i/>
                              <w:iCs/>
                              <w:color w:val="124F1A"/>
                              <w:spacing w:val="26"/>
                              <w:sz w:val="28"/>
                              <w:szCs w:val="28"/>
                            </w:rPr>
                            <w:t>VOZES DA CONSTRUÇÃO</w:t>
                          </w:r>
                        </w:p>
                        <w:p w14:paraId="15BE8ED3" w14:textId="77777777" w:rsidR="00343E2E" w:rsidRPr="00343E2E" w:rsidRDefault="00343E2E" w:rsidP="00343E2E">
                          <w:pPr>
                            <w:spacing w:after="0" w:line="240" w:lineRule="auto"/>
                            <w:jc w:val="right"/>
                            <w:rPr>
                              <w:rFonts w:ascii="Aptos" w:hAnsi="Aptos"/>
                              <w:b/>
                              <w:bCs/>
                              <w:color w:val="124F1A"/>
                              <w:sz w:val="24"/>
                              <w:szCs w:val="24"/>
                            </w:rPr>
                          </w:pPr>
                          <w:r w:rsidRPr="00343E2E">
                            <w:rPr>
                              <w:rFonts w:ascii="Aptos" w:hAnsi="Aptos"/>
                              <w:b/>
                              <w:bCs/>
                              <w:color w:val="124F1A"/>
                              <w:sz w:val="24"/>
                              <w:szCs w:val="24"/>
                            </w:rPr>
                            <w:t>Mostre-nos o seu talento!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26B080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218.2pt;margin-top:-6pt;width:294pt;height:5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" filled="f" stroked="f" strokeweight=".5pt">
              <v:textbox>
                <w:txbxContent>
                  <w:p w14:paraId="05EAB4F7" w14:textId="77777777" w:rsidR="00343E2E" w:rsidRPr="00343E2E" w:rsidRDefault="00343E2E" w:rsidP="00343E2E">
                    <w:pPr>
                      <w:spacing w:after="0" w:line="240" w:lineRule="auto"/>
                      <w:jc w:val="right"/>
                      <w:rPr>
                        <w:rFonts w:ascii="Aptos" w:hAnsi="Aptos"/>
                        <w:b/>
                        <w:bCs/>
                        <w:color w:val="124F1A"/>
                        <w:sz w:val="24"/>
                        <w:szCs w:val="24"/>
                      </w:rPr>
                    </w:pPr>
                    <w:r w:rsidRPr="00343E2E">
                      <w:rPr>
                        <w:rFonts w:ascii="Aptos" w:hAnsi="Aptos"/>
                        <w:b/>
                        <w:bCs/>
                        <w:color w:val="124F1A"/>
                        <w:sz w:val="24"/>
                        <w:szCs w:val="24"/>
                      </w:rPr>
                      <w:t>FESTIVAL DE TALENTOS MUSICAIS</w:t>
                    </w:r>
                  </w:p>
                  <w:p w14:paraId="182D1D02" w14:textId="77777777" w:rsidR="00343E2E" w:rsidRPr="00343E2E" w:rsidRDefault="00343E2E" w:rsidP="00343E2E">
                    <w:pPr>
                      <w:spacing w:after="0" w:line="240" w:lineRule="auto"/>
                      <w:jc w:val="right"/>
                      <w:rPr>
                        <w:rFonts w:ascii="Aptos" w:hAnsi="Aptos"/>
                        <w:b/>
                        <w:bCs/>
                        <w:i/>
                        <w:iCs/>
                        <w:color w:val="124F1A"/>
                        <w:spacing w:val="26"/>
                        <w:sz w:val="28"/>
                        <w:szCs w:val="28"/>
                      </w:rPr>
                    </w:pPr>
                    <w:r w:rsidRPr="00343E2E">
                      <w:rPr>
                        <w:rFonts w:ascii="Aptos" w:hAnsi="Aptos"/>
                        <w:b/>
                        <w:bCs/>
                        <w:i/>
                        <w:iCs/>
                        <w:color w:val="124F1A"/>
                        <w:spacing w:val="26"/>
                        <w:sz w:val="28"/>
                        <w:szCs w:val="28"/>
                      </w:rPr>
                      <w:t>VOZES DA CONSTRUÇÃO</w:t>
                    </w:r>
                  </w:p>
                  <w:p w14:paraId="15BE8ED3" w14:textId="77777777" w:rsidR="00343E2E" w:rsidRPr="00343E2E" w:rsidRDefault="00343E2E" w:rsidP="00343E2E">
                    <w:pPr>
                      <w:spacing w:after="0" w:line="240" w:lineRule="auto"/>
                      <w:jc w:val="right"/>
                      <w:rPr>
                        <w:rFonts w:ascii="Aptos" w:hAnsi="Aptos"/>
                        <w:b/>
                        <w:bCs/>
                        <w:color w:val="124F1A"/>
                        <w:sz w:val="24"/>
                        <w:szCs w:val="24"/>
                      </w:rPr>
                    </w:pPr>
                    <w:r w:rsidRPr="00343E2E">
                      <w:rPr>
                        <w:rFonts w:ascii="Aptos" w:hAnsi="Aptos"/>
                        <w:b/>
                        <w:bCs/>
                        <w:color w:val="124F1A"/>
                        <w:sz w:val="24"/>
                        <w:szCs w:val="24"/>
                      </w:rPr>
                      <w:t>Mostre-nos o seu talento!</w:t>
                    </w:r>
                  </w:p>
                </w:txbxContent>
              </v:textbox>
            </v:shape>
          </w:pict>
        </mc:Fallback>
      </mc:AlternateContent>
    </w:r>
    <w:r w:rsidR="00343E2E">
      <w:rPr>
        <w:noProof/>
      </w:rPr>
      <w:drawing>
        <wp:anchor distT="0" distB="0" distL="114300" distR="114300" simplePos="0" relativeHeight="251659264" behindDoc="1" locked="0" layoutInCell="1" allowOverlap="1" wp14:anchorId="56908B92" wp14:editId="5ECB1B29">
          <wp:simplePos x="0" y="0"/>
          <wp:positionH relativeFrom="margin">
            <wp:posOffset>-723900</wp:posOffset>
          </wp:positionH>
          <wp:positionV relativeFrom="margin">
            <wp:posOffset>-1173480</wp:posOffset>
          </wp:positionV>
          <wp:extent cx="7558405" cy="10688320"/>
          <wp:effectExtent l="0" t="0" r="4445" b="0"/>
          <wp:wrapNone/>
          <wp:docPr id="212880756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7781999" name="Imagem 12477819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405" cy="10688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0665E89"/>
    <w:multiLevelType w:val="hybridMultilevel"/>
    <w:tmpl w:val="F9B07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223238"/>
    <w:multiLevelType w:val="multilevel"/>
    <w:tmpl w:val="70FC0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0563530">
    <w:abstractNumId w:val="8"/>
  </w:num>
  <w:num w:numId="2" w16cid:durableId="1488282941">
    <w:abstractNumId w:val="6"/>
  </w:num>
  <w:num w:numId="3" w16cid:durableId="99028971">
    <w:abstractNumId w:val="5"/>
  </w:num>
  <w:num w:numId="4" w16cid:durableId="2117673029">
    <w:abstractNumId w:val="4"/>
  </w:num>
  <w:num w:numId="5" w16cid:durableId="1197350142">
    <w:abstractNumId w:val="7"/>
  </w:num>
  <w:num w:numId="6" w16cid:durableId="119228977">
    <w:abstractNumId w:val="3"/>
  </w:num>
  <w:num w:numId="7" w16cid:durableId="1750881175">
    <w:abstractNumId w:val="2"/>
  </w:num>
  <w:num w:numId="8" w16cid:durableId="578949609">
    <w:abstractNumId w:val="1"/>
  </w:num>
  <w:num w:numId="9" w16cid:durableId="625356333">
    <w:abstractNumId w:val="0"/>
  </w:num>
  <w:num w:numId="10" w16cid:durableId="525600514">
    <w:abstractNumId w:val="9"/>
  </w:num>
  <w:num w:numId="11" w16cid:durableId="12898496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vjLHXPHGQdbT2K5WOcV4VNQVFtgs8EXy53dVhX/tERhYME1UlO5UKOUB+lW184OMlmANXtlyMBWg4/l5C1oIQQ==" w:salt="6vnv5FtxeNvVwM6OMf/Yew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338E1"/>
    <w:rsid w:val="0015074B"/>
    <w:rsid w:val="00153E77"/>
    <w:rsid w:val="001B3A3B"/>
    <w:rsid w:val="00207505"/>
    <w:rsid w:val="002904C4"/>
    <w:rsid w:val="002908E8"/>
    <w:rsid w:val="0029639D"/>
    <w:rsid w:val="00326F90"/>
    <w:rsid w:val="00343E2E"/>
    <w:rsid w:val="0036114A"/>
    <w:rsid w:val="003B5D08"/>
    <w:rsid w:val="004415B8"/>
    <w:rsid w:val="004A79D2"/>
    <w:rsid w:val="004F5A97"/>
    <w:rsid w:val="00557DF1"/>
    <w:rsid w:val="005E0088"/>
    <w:rsid w:val="0063290C"/>
    <w:rsid w:val="006D516B"/>
    <w:rsid w:val="0071419E"/>
    <w:rsid w:val="007C354A"/>
    <w:rsid w:val="0081581C"/>
    <w:rsid w:val="008F3B31"/>
    <w:rsid w:val="009B005A"/>
    <w:rsid w:val="009E2FE1"/>
    <w:rsid w:val="00A20B4F"/>
    <w:rsid w:val="00A644C3"/>
    <w:rsid w:val="00A66273"/>
    <w:rsid w:val="00AA1D8D"/>
    <w:rsid w:val="00B47730"/>
    <w:rsid w:val="00CB0664"/>
    <w:rsid w:val="00D46E19"/>
    <w:rsid w:val="00D77F53"/>
    <w:rsid w:val="00DD4EAD"/>
    <w:rsid w:val="00DF22E4"/>
    <w:rsid w:val="00E17272"/>
    <w:rsid w:val="00E74692"/>
    <w:rsid w:val="00FC693F"/>
    <w:rsid w:val="00FE2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359B6DA"/>
  <w14:defaultImageDpi w14:val="330"/>
  <w15:docId w15:val="{716654F3-E368-45A9-A33C-9C38B39F4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TextodoEspaoReservado">
    <w:name w:val="Placeholder Text"/>
    <w:basedOn w:val="Fontepargpadro"/>
    <w:uiPriority w:val="99"/>
    <w:semiHidden/>
    <w:rsid w:val="004415B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387</Words>
  <Characters>2195</Characters>
  <Application>Microsoft Office Word</Application>
  <DocSecurity>0</DocSecurity>
  <Lines>99</Lines>
  <Paragraphs>78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2504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Wellington Guimarães de Freitas</cp:lastModifiedBy>
  <cp:revision>5</cp:revision>
  <dcterms:created xsi:type="dcterms:W3CDTF">2026-07-22T18:02:00Z</dcterms:created>
  <dcterms:modified xsi:type="dcterms:W3CDTF">2026-07-22T18:26:00Z</dcterms:modified>
  <cp:category/>
</cp:coreProperties>
</file>